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Modelo de Currículo para Trabalhar em Supermercado</w:t>
      </w:r>
    </w:p>
    <w:p>
      <w:pPr>
        <w:spacing w:after="240"/>
      </w:pPr>
      <w:r>
        <w:t>Preencha os campos abaixo com suas informações pessoais. Este modelo é simples e ideal para vagas como repositor, caixa, empacotador ou auxiliar geral.</w:t>
      </w:r>
    </w:p>
    <w:p>
      <w:pPr>
        <w:pStyle w:val="Heading1"/>
      </w:pPr>
      <w:r>
        <w:t>NOME COMPLETO</w:t>
      </w:r>
    </w:p>
    <w:p>
      <w:r>
        <w:t>Digite seu nome completo aqui</w:t>
      </w:r>
    </w:p>
    <w:p>
      <w:pPr>
        <w:pStyle w:val="Heading1"/>
      </w:pPr>
      <w:r>
        <w:t>Telefone</w:t>
      </w:r>
    </w:p>
    <w:p>
      <w:r>
        <w:t>(xx) xxxxx-xxxx</w:t>
      </w:r>
    </w:p>
    <w:p>
      <w:pPr>
        <w:pStyle w:val="Heading1"/>
      </w:pPr>
      <w:r>
        <w:t>Cidade/Estado</w:t>
      </w:r>
    </w:p>
    <w:p>
      <w:r>
        <w:t>Cidade – Estado</w:t>
      </w:r>
    </w:p>
    <w:p>
      <w:pPr>
        <w:pStyle w:val="Heading1"/>
      </w:pPr>
      <w:r>
        <w:t>E-mail</w:t>
      </w:r>
    </w:p>
    <w:p>
      <w:r>
        <w:t>seuemail@email.com (opcional)</w:t>
      </w:r>
    </w:p>
    <w:p>
      <w:pPr>
        <w:pStyle w:val="Heading1"/>
      </w:pPr>
      <w:r>
        <w:t>OBJETIVO</w:t>
      </w:r>
    </w:p>
    <w:p>
      <w:r>
        <w:t>Exemplo: Trabalhar em supermercado, disponível para funções como repositor, operador de caixa ou auxiliar geral.</w:t>
      </w:r>
    </w:p>
    <w:p>
      <w:pPr>
        <w:pStyle w:val="Heading1"/>
      </w:pPr>
      <w:r>
        <w:t>ESCOLARIDADE</w:t>
      </w:r>
    </w:p>
    <w:p>
      <w:r>
        <w:t>Exemplo: Ensino Médio completo</w:t>
        <w:br/>
        <w:t>ou</w:t>
        <w:br/>
        <w:t>Ensino Médio cursando</w:t>
      </w:r>
    </w:p>
    <w:p>
      <w:pPr>
        <w:pStyle w:val="Heading1"/>
      </w:pPr>
      <w:r>
        <w:t>EXPERIÊNCIA PROFISSIONAL (se tiver)</w:t>
      </w:r>
    </w:p>
    <w:p>
      <w:r>
        <w:t>Nome da empresa – Cargo</w:t>
        <w:br/>
        <w:t>Ano – Ano</w:t>
        <w:br/>
        <w:t>• Descreva suas atividades aqui</w:t>
      </w:r>
    </w:p>
    <w:p>
      <w:pPr>
        <w:pStyle w:val="Heading1"/>
      </w:pPr>
      <w:r>
        <w:t>HABILIDADES</w:t>
      </w:r>
    </w:p>
    <w:p>
      <w:r>
        <w:t>• Responsável e pontual</w:t>
        <w:br/>
        <w:t>• Facilidade para aprender</w:t>
        <w:br/>
        <w:t>• Boa comunicação</w:t>
        <w:br/>
        <w:t>• Organização</w:t>
        <w:br/>
        <w:t>• Trabalho em equipe</w:t>
      </w:r>
    </w:p>
    <w:p>
      <w:pPr>
        <w:pStyle w:val="Heading1"/>
      </w:pPr>
      <w:r>
        <w:t>DISPONIBILIDADE</w:t>
      </w:r>
    </w:p>
    <w:p>
      <w:r>
        <w:t>Exemplo: Disponível para trabalhar manhã, tarde, noite e finais de semana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